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סובב 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עשרה יעדים מרשימים בעולם ואת היבשות שבהן הם נמצאים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פרטים ייחודיים (בעלי חיים, תופעות טבע) בכל יעד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קצרה המבוססת על מידע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פירמידות וגמלים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סרנגטי וקילימנג'רו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נמר שלג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פנדות ופריחת דובדבן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שונית המחסום הגדולה וקנגורו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הרי האלפים נמצאים באירופה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בטקסט על האמזונס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שם יש קניון אדום-כתום וגייזרים, לא קרחונים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בטקסט על אנטארקטיקה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יעד ליבשת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(אירופה)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(אפריקה)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(דרום אמריקה)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(אסיה)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(הקוטב הצפוני ואירופה)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זוהר צפוני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סדר היעדים במסע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הרי האלפים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מדבר סהרה ופירמידות גיזה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הסוואנה של מזרח אפריקה – סרנגטי וקילימנג'רו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הרי ההימלאיה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מזרח אסיה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גלויה מהמסע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כוללת שם יעד נכון, יבשת מתאימה ושני פרטים לפחות מתוך הטקסט (למשל בעל חיים, נוף או תופעת טבע)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 מדבר סהרה או סרנגטי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קרח, פינגווינים ולילה ארוך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מפת עולם ולסמן יחד את מיקום כל יעד בזמן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להיעזר בטקסט המקורי כשהם עונים על שאלות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להשמיט את הפריטים המסומנים כקשים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סובב עולם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במסע הזה טסים יחד לעשרה מקומות מיוחדים בעולם – מההרי האלפים ועד הקוטב הצפוני. בכל יעד מחכים טקסט, שאלות ואתגר, ובסוף מקבלים חותמת בדרכון.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יבשת נמצאים הרי האלפים?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אוסטרליה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לראות במדבר סהרה?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פירמידות וגמלים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פינגווינים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קרחונים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קנגורו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היכן נמצא הר מושלג קרוב לקו המשווה?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סרנגטי וקילימנג'רו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הימלאיה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אנטארקטיקה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איסלנד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בעל חיים אפשר לפגוש בהרי ההימלאיה?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נמר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קנגורו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תוכי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מפורסם במזרח אסיה?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פנדות ופריחת דובדבן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שונית אלמוגים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גייזרים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קרחונים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רואים באוסטרליה?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שונית המחסום הגדולה וקנגורו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פירמידות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הרי הימלאיה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זוהר צפוני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הרי האלפים נמצאים באפריקה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ביער הגשם של האמזונס יש נהר ענק ותוכים צבעוניים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בגרנד קניון ובילוסטון אפשר לראות קרחונים ודובי קוטב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באנטארקטיקה יש לילה ארוך ופינגווינים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יעד ליבשת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הרי האלפים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אסיה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מדבר סהרה ופירמידות גיזה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הקוטב הצפוני ואירופה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יער הגשם של האמזונס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אפריקה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הרי ההימלאיה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דרום אמריקה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הקוטב הצפוני ואיסלנד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אירופה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בהרי האלפים יש פסגות מושלגות ו__________ עם פעמונים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במדבר סהרה אפשר לראות שיירת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בסרנגטי שבמזרח אפריקה חיים עדרי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ביער הגשם של האמזונס זורם __________ ענק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בקוטב הצפוני אפשר לראות __________ צבעוני בשמיים בלילה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סדר היעדים במסע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מדבר סהרה ופירמידות גיזה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הסוואנה של מזרח אפריקה – סרנגטי וקילימנג'רו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מזרח אסיה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הרי האלפים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הרי ההימלאיה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גלויה מהמסע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יעד אחד מהמסע וכתבו גלויה קצרה כאילו אתם שם. ציינו את שם היעד, היבשת, ולפחות שני פרטים מעניינים מהטקסט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יעד אחד הנמצא באפריקה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אפשר לראות באנטארקטיקה?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יעד מהמסע הכי סקרן אתכם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סובב עולם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