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סובב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עשרה יעדים מרשימים בעולם ואת היבשות שבהן הם נמצאים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פרטים ייחודיים (בעלי חיים, תופעות טבע) בכל 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המבוססת על מידע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פירמידות וגמלים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סרנגטי וקילימנג'רו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נמר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פנדות ופריחת דובדבן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שונית המחסום הגדולה וקנגורו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הרי האלפים נמצאים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בטקסט על האמזונס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שם יש קניון אדום-כתום וגייזרים, לא קרחונים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בטקסט על אנטארקטיקה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יעד ליבשת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(דרום אמריקה)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(אסיה)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(הקוטב הצפוני ואירופה)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זוהר צפוני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סדר היעדים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הרי האלפים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מדבר סהרה ופירמידות גיזה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הסוואנה של מזרח אפריקה – סרנגטי וקילימנג'רו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הרי ההימלאיה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מזרח אסיה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גלויה מהמסע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שם יעד נכון, יבשת מתאימה ושני פרטים לפחות מתוך הטקסט (למשל בעל חיים, נוף או תופעת טבע)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מדבר סהרה או סרנגטי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קרח, פינגווינים ולילה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מפת עולם ולסמן יחד את מיקום כל יעד בזמן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להיעזר בטקסט המקורי כשהם עונים על שאלות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להשמיט את הפריטים המסומנים כקשים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סובב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אנחנו טסים לעשרה מקומות בעולם. בכל מקום יש טקסט קצר, שאלות, ומשחק. בסוף מקבלים חותמת.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גדול מאוד של כדור הארץ, כמו אפריקה או אסיה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 המשווה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דמיוני באמצע כדור הארץ, שם חם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שונית אלמוגים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בים מלא באלמוגים צבעוניים ודגים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קרחון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גוש קרח ענק שנמצא במקום קר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זוהר צפוני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אורות צבעוניים שרואים בשמיים בלילה באזור הקוטב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גייזר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מעיין שמתיז מים רותחים לגובה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סוואנה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מישור פתוח ברחבי אפריקה שבו חיים הרבה בעלי 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גבעת חול במדבר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הרי האלפים נמצאים ביבשת...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במדבר סהרה רואים...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פירמידות וגמלים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פינגווינים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קרחונים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קנגורו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יש הר מושלג וגם חם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סרנגטי וקילימנג'רו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הימלאיה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איסלנד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בהרי ההימלאיה חי...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נמר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קנגורו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במזרח אסיה אפשר לראות...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פנדות ופריחת דובדבן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שונית אלמוגים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גייזרים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קרחונים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באוסטרליה יש...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שונית המחסום הגדולה וקנגורו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פירמידות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הרי הימלאיה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זוהר צפוני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הרי האלפים נמצאים באפריקה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ביער הגשם של האמזונס יש נהר ענק ותוכים צבעוניים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בגרנד קניון ובילוסטון אפשר לראות קרחונים ודובי קוטב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באנטארקטיקה יש לילה ארוך ופינגווינים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יעד ליבשת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הרי האלפים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דרום אמריקה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מדבר סהרה ופירמידות גיזה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יער הגשם של האמזונס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אסיה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הרי ההימלאיה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הקוטב הצפוני ואירופה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הקוטב הצפוני ואיסלנד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אפריקה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בהרי האלפים יש פסגות מושלגות ו__________ עם פעמונים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במדבר סהרה אפשר לראות שיירת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בסרנגטי שבמזרח אפריקה חיים עדרי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ביער הגשם של האמזונס זורם __________ ענק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בקוטב הצפוני אפשר לראות __________ צבעוני בשמיים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סדר היעדים במסע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הסוואנה של מזרח אפריקה – סרנגטי וקילימנג'רו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הרי ההימלאיה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מזרח אסיה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הרי האלפים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 סהרה ופירמידות גיזה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גלויה מהמסע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יעד אחד מהמסע וכתבו גלויה קצרה כאילו אתם שם. ציינו את שם היעד, היבשת, ולפחות שני פרטים מעניינים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יעד אחד הנמצא באפריקה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לראות באנטארקטיקה?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יעד מהמסע הכי סקרן אתכם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סובב 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