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מסע סובב עולם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עשרה יעדים מרשימים בעולם ואת היבשות שבהן הם נמצאים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פרטים ייחודיים (בעלי חיים, תופעות טבע) בכל יעד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קצרה המבוססת על מידע מהטקסט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אירופה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פירמידות וגמלים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נמר שלג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הרי האלפים נמצאים באירופה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מתואר בטקסט על האמזונס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התאימו יעד ליבשת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(אירופה)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(אפריקה)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(דרום אמריקה)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גמלים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סדר היעדים במסע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הרי האלפים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מדבר סהרה ופירמידות גיזה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הסוואנה של מזרח אפריקה – סרנגטי וקילימנג'רו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כתיבת גלויה מהמסע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כמו מדבר סהרה או סרנגטי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קרח, פינגווינים ולילה ארוך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אישית עם הסבר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מפת עולם ולסמן יחד את מיקום כל יעד בזמן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להיעזר בטקסט המקורי כשהם עונים על שאלות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לחינוך מיוחד להשמיט את הפריטים המסומנים כקשים ולהתמקד בעובדות הבסיסיות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מסע סובב עולם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במסע הזה טסים יחד לעשרה מקומות מיוחדים בעולם – מההרי האלפים ועד הקוטב הצפוני. בכל יעד מחכים טקסט, שאלות ואתגר, ובסוף מקבלים חותמת בדרכון.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גמלים  ·  פרות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אמריקה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באיזו יבשת נמצאים הרי האלפים?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אירופה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אפריקה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אסיה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אפשר לראות במדבר סהרה?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פירמידות וגמלים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פינגווינים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קרחונים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איזה בעל חיים אפשר לפגוש בהרי ההימלאיה?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נמר שלג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קנגורו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תוכי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הרי האלפים נמצאים באפריקה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ביער הגשם של האמזונס יש נהר ענק ותוכים צבעוניים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התאימו יעד ליבשת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הרי האלפים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אפריקה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מדבר סהרה ופירמידות גיזה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דרום אמריקה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יער הגשם של האמזונס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אירופה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בהרי האלפים יש פסגות מושלגות ו__________ עם פעמונים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במדבר סהרה אפשר לראות שיירת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סדר היעדים במסע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מדבר סהרה ופירמידות גיזה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הסוואנה של מזרח אפריקה – סרנגטי וקילימנג'רו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הרי האלפים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כתיבת גלויה מהמסע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שם של יעד אחד הנמצא באפריקה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אפשר לראות באנטארקטיקה?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מסע סובב עולם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